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20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כרטיסי השיח – קטגוריות, כובעי חשיבה וערוצי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יחסי מורה-תלמיד, הוקרה ואחריות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ניסוח תשובה אישית לשאלת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הזדהות עם נקודת מבט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כל כרטיס בסדנה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הוא רק למי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כרטיס על יחסי מורים ותלמידים ב-2050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כובע שחור מייצג זהירות, לא יתרונות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אחד מחמשת הערוצים המוזכרים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השראה מהשיר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כובע חשיבה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(יצירתיות)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עצה ואת הסיבה להבנה המאוחרת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הוקרה או תודה אישי 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את הקטגוריות וצבעי הכובעים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של ההבדל בין רגש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החדשה קשורה באמת להוקרה כלפי 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קטנות ולתת לכל קבוצה כרטיס אחר לדיון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הדגישו שהשיתוף הוא רשות ולא חובה, כדי לשמור על נוחות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בסבב קצר שבו כל מי שרוצה משתף משפט אחד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20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20 כרטיסים עם שאלות על מורים ותלמידים. לכל כרטיס יש קטגוריה, צבע כובע וסוג חוסן. נתרגל להבין אותם ולענות על שאלה אחת בעצמנו.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עם שאלה שמזמינה שיחה או מחשבה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כובע חשיבה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 שמסמן איזה סוג חשיבה נדרש בשאלה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ערוץ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מתמודדים עם השאלה – למשל רגש, גוף, מחשבה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תודה והערכה כלפי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אמפתיה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להבין ולהרגיש את נקודת המבט של האחר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חוזרת על חוויה כדי ללמוד ממנה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לחשוב על רעיונות חדשים ומקוריים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לקיחת בעלות על מעשים והשלכותיהם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כרטיסים יש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קבוצות יש לכרטיסים?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קשור לעובדות?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קשור לרעיונות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צבע קשור לרגשות?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הקטגוריה הזו מדברת?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שינון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הזדהות עם נקודת מבט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תכנון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שיר חופשי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כרטיס מסומן בכובע חשיבה אחד ובערוץ חוסן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תלמיד/ה חייב/ת לשתף בקול את התשובה שלו/ה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קטגוריית 'עתיד ויצירה' עוסקת בין השאר ביחסי מורה-תלמיד בעתיד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כובע שחור מייצג יתרונות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'גוף' הוא אחד מערוצי החוסן המופיעים בכרטיסים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 שמתחיל ב'עצה של מבוגר/ת ש...' שייך לקטגוריית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כובע __________ מסמל זהירות וסיכונים אפשריים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ערוץ חוסן 'מחשבה ו__________' עוסק בהיגיון ופתרון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קטגוריית 'הוקרה ו__________' מתמקדת בהבעת תודה כלפי מורים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כובע __________ מסמן סיכום של דיון או שיחה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כובע חשיבה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כובע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כובע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כובע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כובע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יצירתיות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כובע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יתרונות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עצה שקיבלתם פעם ממבוגר/ת ולא הבנתם אותה אז, אבל מבינים אותה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שהייתם רוצים להגיד למורה שלכם לכבוד שנה חדשה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הערוצים/קטגוריות של 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כובע חשיבה הכי קשור לרגשות, ואיזה לעובדות?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חדשה אחת שהייתם מוסיפים לקטגוריית 'הוקרה ורגש'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20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